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8A0FC" w14:textId="77777777" w:rsidR="00D63F33" w:rsidRPr="004A0E1D" w:rsidRDefault="00F239F4">
      <w:pPr>
        <w:jc w:val="center"/>
        <w:rPr>
          <w:sz w:val="24"/>
          <w:szCs w:val="24"/>
        </w:rPr>
      </w:pPr>
      <w:r w:rsidRPr="004A0E1D">
        <w:rPr>
          <w:b/>
          <w:sz w:val="24"/>
          <w:szCs w:val="24"/>
        </w:rPr>
        <w:t>Creating a Culture for Raising Young Leaders</w:t>
      </w:r>
    </w:p>
    <w:p w14:paraId="3484B286" w14:textId="77777777" w:rsidR="00D63F33" w:rsidRPr="004A0E1D" w:rsidRDefault="00F239F4">
      <w:pPr>
        <w:jc w:val="center"/>
        <w:rPr>
          <w:sz w:val="24"/>
          <w:szCs w:val="24"/>
        </w:rPr>
      </w:pPr>
      <w:r w:rsidRPr="004A0E1D">
        <w:rPr>
          <w:i/>
          <w:sz w:val="24"/>
          <w:szCs w:val="24"/>
        </w:rPr>
        <w:t>Hudson Valley Leadership Summit | Dominick Cotignola</w:t>
      </w:r>
    </w:p>
    <w:p w14:paraId="61C18363" w14:textId="77777777" w:rsidR="00D63F33" w:rsidRPr="004A0E1D" w:rsidRDefault="00D63F33">
      <w:pPr>
        <w:rPr>
          <w:sz w:val="24"/>
          <w:szCs w:val="24"/>
        </w:rPr>
      </w:pPr>
    </w:p>
    <w:p w14:paraId="57DA5C75" w14:textId="77777777" w:rsidR="00D63F33" w:rsidRPr="004A0E1D" w:rsidRDefault="00F239F4">
      <w:pPr>
        <w:rPr>
          <w:sz w:val="24"/>
          <w:szCs w:val="24"/>
        </w:rPr>
      </w:pPr>
      <w:r w:rsidRPr="004A0E1D">
        <w:rPr>
          <w:b/>
          <w:sz w:val="24"/>
          <w:szCs w:val="24"/>
        </w:rPr>
        <w:t xml:space="preserve">Key Idea: </w:t>
      </w:r>
      <w:r w:rsidRPr="004A0E1D">
        <w:rPr>
          <w:sz w:val="24"/>
          <w:szCs w:val="24"/>
        </w:rPr>
        <w:t xml:space="preserve">Healthy leadership cultures are built through intentional discipleship, proximity, mentorship, and multiplication—not through programs </w:t>
      </w:r>
      <w:r w:rsidRPr="004A0E1D">
        <w:rPr>
          <w:sz w:val="24"/>
          <w:szCs w:val="24"/>
        </w:rPr>
        <w:t>alone.</w:t>
      </w:r>
    </w:p>
    <w:p w14:paraId="6F19D921" w14:textId="77777777" w:rsidR="00D63F33" w:rsidRPr="004A0E1D" w:rsidRDefault="00F239F4">
      <w:pPr>
        <w:rPr>
          <w:sz w:val="24"/>
          <w:szCs w:val="24"/>
        </w:rPr>
      </w:pPr>
      <w:r w:rsidRPr="004A0E1D">
        <w:rPr>
          <w:b/>
          <w:sz w:val="24"/>
          <w:szCs w:val="24"/>
        </w:rPr>
        <w:t xml:space="preserve">1. Leadership Begins </w:t>
      </w:r>
      <w:proofErr w:type="gramStart"/>
      <w:r w:rsidRPr="004A0E1D">
        <w:rPr>
          <w:b/>
          <w:sz w:val="24"/>
          <w:szCs w:val="24"/>
        </w:rPr>
        <w:t>With</w:t>
      </w:r>
      <w:proofErr w:type="gramEnd"/>
      <w:r w:rsidRPr="004A0E1D">
        <w:rPr>
          <w:b/>
          <w:sz w:val="24"/>
          <w:szCs w:val="24"/>
        </w:rPr>
        <w:t xml:space="preserve"> Investment</w:t>
      </w:r>
    </w:p>
    <w:p w14:paraId="4DABC504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Young leaders flourish when someone intentionally invests in them.</w:t>
      </w:r>
    </w:p>
    <w:p w14:paraId="51B2185F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Biblical model: Paul and Timothy, Elijah and Elisha, Moses and Joshua, Jesus and the disciples.</w:t>
      </w:r>
    </w:p>
    <w:p w14:paraId="385DE042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Discipleship is the foundation of leadership development.</w:t>
      </w:r>
    </w:p>
    <w:p w14:paraId="04712576" w14:textId="77777777" w:rsidR="00A6559D" w:rsidRPr="004A0E1D" w:rsidRDefault="00A6559D">
      <w:pPr>
        <w:rPr>
          <w:b/>
          <w:sz w:val="24"/>
          <w:szCs w:val="24"/>
        </w:rPr>
      </w:pPr>
    </w:p>
    <w:p w14:paraId="03B6DF69" w14:textId="77777777" w:rsidR="00D63F33" w:rsidRPr="004A0E1D" w:rsidRDefault="00F239F4">
      <w:pPr>
        <w:rPr>
          <w:sz w:val="24"/>
          <w:szCs w:val="24"/>
        </w:rPr>
      </w:pPr>
      <w:r w:rsidRPr="004A0E1D">
        <w:rPr>
          <w:b/>
          <w:sz w:val="24"/>
          <w:szCs w:val="24"/>
        </w:rPr>
        <w:t>2. Culture Over Strategy</w:t>
      </w:r>
    </w:p>
    <w:p w14:paraId="19A573D2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Peter Drucker: “Culture eats strategy for breakfast.”</w:t>
      </w:r>
    </w:p>
    <w:p w14:paraId="7B590D5C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Culture is “the way we do things around here.”</w:t>
      </w:r>
    </w:p>
    <w:p w14:paraId="22628CF7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 xml:space="preserve">A healthy culture </w:t>
      </w:r>
      <w:r w:rsidR="00A6559D" w:rsidRPr="004A0E1D">
        <w:rPr>
          <w:sz w:val="24"/>
          <w:szCs w:val="24"/>
        </w:rPr>
        <w:t xml:space="preserve">is the essential for recruiting, discipling, and reproducing young leaders. </w:t>
      </w:r>
    </w:p>
    <w:p w14:paraId="39C6B407" w14:textId="77777777" w:rsidR="00A6559D" w:rsidRPr="004A0E1D" w:rsidRDefault="00A6559D">
      <w:pPr>
        <w:rPr>
          <w:b/>
          <w:sz w:val="24"/>
          <w:szCs w:val="24"/>
        </w:rPr>
      </w:pPr>
    </w:p>
    <w:p w14:paraId="16F53149" w14:textId="77777777" w:rsidR="00D63F33" w:rsidRPr="004A0E1D" w:rsidRDefault="00F239F4">
      <w:pPr>
        <w:rPr>
          <w:sz w:val="24"/>
          <w:szCs w:val="24"/>
        </w:rPr>
      </w:pPr>
      <w:r w:rsidRPr="004A0E1D">
        <w:rPr>
          <w:b/>
          <w:sz w:val="24"/>
          <w:szCs w:val="24"/>
        </w:rPr>
        <w:t>3. Toxic vs. Healthy Ministry Culture</w:t>
      </w:r>
    </w:p>
    <w:p w14:paraId="57706E99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Toxic cultures protect positions, resist change, and avoid succession.</w:t>
      </w:r>
    </w:p>
    <w:p w14:paraId="0F4FBC73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Healthy cultures recruit, mentor, empower, and release others into ministry.</w:t>
      </w:r>
    </w:p>
    <w:p w14:paraId="00FD4B97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Healthy churches celebrate multiplication, mentorship, and shared ownership.</w:t>
      </w:r>
    </w:p>
    <w:p w14:paraId="1049A218" w14:textId="77777777" w:rsidR="00A6559D" w:rsidRPr="004A0E1D" w:rsidRDefault="00A6559D">
      <w:pPr>
        <w:rPr>
          <w:b/>
          <w:sz w:val="24"/>
          <w:szCs w:val="24"/>
        </w:rPr>
      </w:pPr>
    </w:p>
    <w:p w14:paraId="73DC3C12" w14:textId="77777777" w:rsidR="00D63F33" w:rsidRPr="004A0E1D" w:rsidRDefault="00F239F4">
      <w:pPr>
        <w:rPr>
          <w:sz w:val="24"/>
          <w:szCs w:val="24"/>
        </w:rPr>
      </w:pPr>
      <w:r w:rsidRPr="004A0E1D">
        <w:rPr>
          <w:b/>
          <w:sz w:val="24"/>
          <w:szCs w:val="24"/>
        </w:rPr>
        <w:t>4. Jesus’ Model of Discipleship</w:t>
      </w:r>
    </w:p>
    <w:p w14:paraId="62F98393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Jesus discipled people through proximity and mission, not just classrooms.</w:t>
      </w:r>
    </w:p>
    <w:p w14:paraId="19397865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The disciples were ordinary, imperfect, and often immature—but willing.</w:t>
      </w:r>
    </w:p>
    <w:p w14:paraId="4CCC73F0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Jesus developed leaders by walking with them, teaching them, correcting them, and empowering them.</w:t>
      </w:r>
    </w:p>
    <w:p w14:paraId="5A888F55" w14:textId="77777777" w:rsidR="00A6559D" w:rsidRPr="004A0E1D" w:rsidRDefault="00A6559D">
      <w:pPr>
        <w:rPr>
          <w:b/>
          <w:sz w:val="24"/>
          <w:szCs w:val="24"/>
        </w:rPr>
      </w:pPr>
    </w:p>
    <w:p w14:paraId="43EFA537" w14:textId="77777777" w:rsidR="00D63F33" w:rsidRPr="004A0E1D" w:rsidRDefault="00F239F4">
      <w:pPr>
        <w:rPr>
          <w:sz w:val="24"/>
          <w:szCs w:val="24"/>
        </w:rPr>
      </w:pPr>
      <w:r w:rsidRPr="004A0E1D">
        <w:rPr>
          <w:b/>
          <w:sz w:val="24"/>
          <w:szCs w:val="24"/>
        </w:rPr>
        <w:t>5. The Discipleship Process</w:t>
      </w:r>
    </w:p>
    <w:p w14:paraId="5BA21A0D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Come – Abide with Jesus and live in Christian community.</w:t>
      </w:r>
    </w:p>
    <w:p w14:paraId="74CE5437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Hear – Receive instruction with humility and attentiveness.</w:t>
      </w:r>
    </w:p>
    <w:p w14:paraId="2A81A69C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Do – Put truth into practice through ministry and mission.</w:t>
      </w:r>
    </w:p>
    <w:p w14:paraId="4AE1866A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Review – Debrief, correct, encourage, and grow through feedback.</w:t>
      </w:r>
    </w:p>
    <w:p w14:paraId="48EE5EE2" w14:textId="77777777" w:rsidR="00A6559D" w:rsidRPr="004A0E1D" w:rsidRDefault="00A6559D">
      <w:pPr>
        <w:rPr>
          <w:b/>
          <w:sz w:val="24"/>
          <w:szCs w:val="24"/>
        </w:rPr>
      </w:pPr>
    </w:p>
    <w:p w14:paraId="7BBADDCA" w14:textId="77777777" w:rsidR="004A0E1D" w:rsidRDefault="004A0E1D">
      <w:pPr>
        <w:rPr>
          <w:b/>
          <w:sz w:val="24"/>
          <w:szCs w:val="24"/>
        </w:rPr>
      </w:pPr>
    </w:p>
    <w:p w14:paraId="4ADB787B" w14:textId="77777777" w:rsidR="004A0E1D" w:rsidRDefault="004A0E1D">
      <w:pPr>
        <w:rPr>
          <w:b/>
          <w:sz w:val="24"/>
          <w:szCs w:val="24"/>
        </w:rPr>
      </w:pPr>
    </w:p>
    <w:p w14:paraId="60A9E850" w14:textId="77777777" w:rsidR="00D63F33" w:rsidRPr="004A0E1D" w:rsidRDefault="00F239F4">
      <w:pPr>
        <w:rPr>
          <w:sz w:val="24"/>
          <w:szCs w:val="24"/>
        </w:rPr>
      </w:pPr>
      <w:r w:rsidRPr="004A0E1D">
        <w:rPr>
          <w:b/>
          <w:sz w:val="24"/>
          <w:szCs w:val="24"/>
        </w:rPr>
        <w:t>6. The Power of Proximity</w:t>
      </w:r>
    </w:p>
    <w:p w14:paraId="714238E6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Young leaders need access to mature believers while serving on mission.</w:t>
      </w:r>
    </w:p>
    <w:p w14:paraId="148DC8B7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Transformation happens through relationship, accountability, and observation.</w:t>
      </w:r>
    </w:p>
    <w:p w14:paraId="1E59E362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Discipleship requires presence, patience, and availability.</w:t>
      </w:r>
    </w:p>
    <w:p w14:paraId="7974E457" w14:textId="77777777" w:rsidR="00A6559D" w:rsidRPr="004A0E1D" w:rsidRDefault="00A6559D">
      <w:pPr>
        <w:rPr>
          <w:b/>
          <w:sz w:val="24"/>
          <w:szCs w:val="24"/>
        </w:rPr>
      </w:pPr>
    </w:p>
    <w:p w14:paraId="1468D139" w14:textId="77777777" w:rsidR="00A6559D" w:rsidRPr="004A0E1D" w:rsidRDefault="00A6559D">
      <w:pPr>
        <w:rPr>
          <w:b/>
          <w:sz w:val="24"/>
          <w:szCs w:val="24"/>
        </w:rPr>
      </w:pPr>
    </w:p>
    <w:p w14:paraId="142F35AD" w14:textId="77777777" w:rsidR="00D63F33" w:rsidRPr="004A0E1D" w:rsidRDefault="00F239F4">
      <w:pPr>
        <w:rPr>
          <w:sz w:val="24"/>
          <w:szCs w:val="24"/>
        </w:rPr>
      </w:pPr>
      <w:r w:rsidRPr="004A0E1D">
        <w:rPr>
          <w:b/>
          <w:sz w:val="24"/>
          <w:szCs w:val="24"/>
        </w:rPr>
        <w:t>7. Building a Leadership Pipeline</w:t>
      </w:r>
    </w:p>
    <w:p w14:paraId="722AE9A3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Recruit from every level of the church—including youth and new believers.</w:t>
      </w:r>
    </w:p>
    <w:p w14:paraId="73521077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Start with faithfulness in small responsibilities.</w:t>
      </w:r>
    </w:p>
    <w:p w14:paraId="2E4EA7FB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Promote gradually through encouragement, accountability, and demonstrated growth.</w:t>
      </w:r>
    </w:p>
    <w:p w14:paraId="1A8F20AD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Everything is preparation for greater responsibility.</w:t>
      </w:r>
    </w:p>
    <w:p w14:paraId="7FE5542D" w14:textId="77777777" w:rsidR="00A6559D" w:rsidRPr="004A0E1D" w:rsidRDefault="00A6559D">
      <w:pPr>
        <w:rPr>
          <w:b/>
          <w:sz w:val="24"/>
          <w:szCs w:val="24"/>
        </w:rPr>
      </w:pPr>
    </w:p>
    <w:p w14:paraId="1BDB3F8E" w14:textId="77777777" w:rsidR="00D63F33" w:rsidRPr="004A0E1D" w:rsidRDefault="00F239F4">
      <w:pPr>
        <w:rPr>
          <w:sz w:val="24"/>
          <w:szCs w:val="24"/>
        </w:rPr>
      </w:pPr>
      <w:r w:rsidRPr="004A0E1D">
        <w:rPr>
          <w:b/>
          <w:sz w:val="24"/>
          <w:szCs w:val="24"/>
        </w:rPr>
        <w:t>8. Principles for Developing Young Leaders</w:t>
      </w:r>
    </w:p>
    <w:p w14:paraId="4521F224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People repeat what leaders celebrate.</w:t>
      </w:r>
    </w:p>
    <w:p w14:paraId="42533AD3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You cannot expect what you do not inspect.</w:t>
      </w:r>
    </w:p>
    <w:p w14:paraId="0E049223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Growth requires nurturing, correction, and intentional review.</w:t>
      </w:r>
    </w:p>
    <w:p w14:paraId="60670841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Disciples make disciples.</w:t>
      </w:r>
    </w:p>
    <w:p w14:paraId="6BB480A6" w14:textId="77777777" w:rsidR="00A6559D" w:rsidRPr="004A0E1D" w:rsidRDefault="00A6559D">
      <w:pPr>
        <w:rPr>
          <w:b/>
          <w:sz w:val="24"/>
          <w:szCs w:val="24"/>
        </w:rPr>
      </w:pPr>
    </w:p>
    <w:p w14:paraId="06B854BF" w14:textId="77777777" w:rsidR="00D63F33" w:rsidRPr="004A0E1D" w:rsidRDefault="00F239F4">
      <w:pPr>
        <w:rPr>
          <w:sz w:val="24"/>
          <w:szCs w:val="24"/>
        </w:rPr>
      </w:pPr>
      <w:r w:rsidRPr="004A0E1D">
        <w:rPr>
          <w:b/>
          <w:sz w:val="24"/>
          <w:szCs w:val="24"/>
        </w:rPr>
        <w:t>9. Final Challenge</w:t>
      </w:r>
    </w:p>
    <w:p w14:paraId="6897E15A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Seek first the Kingdom of God (Matthew 6:33).</w:t>
      </w:r>
    </w:p>
    <w:p w14:paraId="25AD1BDA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Leadership development impacts every area of life and vocation.</w:t>
      </w:r>
    </w:p>
    <w:p w14:paraId="7D125215" w14:textId="77777777" w:rsidR="00D63F33" w:rsidRPr="004A0E1D" w:rsidRDefault="00F239F4">
      <w:pPr>
        <w:pStyle w:val="ListBullet"/>
        <w:spacing w:after="0"/>
        <w:rPr>
          <w:sz w:val="24"/>
          <w:szCs w:val="24"/>
        </w:rPr>
      </w:pPr>
      <w:r w:rsidRPr="004A0E1D">
        <w:rPr>
          <w:sz w:val="24"/>
          <w:szCs w:val="24"/>
        </w:rPr>
        <w:t>A disciple is a Christ-follower who learns to do what the Master does.</w:t>
      </w:r>
    </w:p>
    <w:p w14:paraId="42E3F24E" w14:textId="77777777" w:rsidR="00D63F33" w:rsidRPr="004A0E1D" w:rsidRDefault="00D63F33">
      <w:pPr>
        <w:rPr>
          <w:sz w:val="24"/>
          <w:szCs w:val="24"/>
        </w:rPr>
      </w:pPr>
    </w:p>
    <w:p w14:paraId="3DD36BC9" w14:textId="77777777" w:rsidR="00D63F33" w:rsidRPr="004A0E1D" w:rsidRDefault="00F239F4">
      <w:pPr>
        <w:jc w:val="center"/>
        <w:rPr>
          <w:i/>
          <w:sz w:val="24"/>
          <w:szCs w:val="24"/>
        </w:rPr>
      </w:pPr>
      <w:r w:rsidRPr="004A0E1D">
        <w:rPr>
          <w:i/>
          <w:sz w:val="24"/>
          <w:szCs w:val="24"/>
        </w:rPr>
        <w:t>“What I did with you, now you do with others.” — The Heart of Discipleship</w:t>
      </w:r>
    </w:p>
    <w:p w14:paraId="72DAC280" w14:textId="77777777" w:rsidR="00A6559D" w:rsidRPr="004A0E1D" w:rsidRDefault="00A6559D">
      <w:pPr>
        <w:jc w:val="center"/>
        <w:rPr>
          <w:i/>
          <w:sz w:val="24"/>
          <w:szCs w:val="24"/>
        </w:rPr>
      </w:pPr>
    </w:p>
    <w:p w14:paraId="4D64A973" w14:textId="77777777" w:rsidR="001E1DA5" w:rsidRPr="004A0E1D" w:rsidRDefault="00A6559D" w:rsidP="00A6559D">
      <w:pPr>
        <w:rPr>
          <w:iCs/>
          <w:sz w:val="24"/>
          <w:szCs w:val="24"/>
        </w:rPr>
      </w:pPr>
      <w:r w:rsidRPr="004A0E1D">
        <w:rPr>
          <w:iCs/>
          <w:sz w:val="24"/>
          <w:szCs w:val="24"/>
        </w:rPr>
        <w:t xml:space="preserve">Resource For Discipleship: </w:t>
      </w:r>
    </w:p>
    <w:p w14:paraId="29C591D9" w14:textId="77777777" w:rsidR="001E1DA5" w:rsidRPr="004A0E1D" w:rsidRDefault="00A6559D" w:rsidP="00A6559D">
      <w:pPr>
        <w:rPr>
          <w:iCs/>
          <w:sz w:val="24"/>
          <w:szCs w:val="24"/>
        </w:rPr>
      </w:pPr>
      <w:r w:rsidRPr="004A0E1D">
        <w:rPr>
          <w:b/>
          <w:bCs/>
          <w:iCs/>
          <w:sz w:val="24"/>
          <w:szCs w:val="24"/>
        </w:rPr>
        <w:t>Follow</w:t>
      </w:r>
      <w:r w:rsidR="001E1DA5" w:rsidRPr="004A0E1D">
        <w:rPr>
          <w:b/>
          <w:bCs/>
          <w:iCs/>
          <w:sz w:val="24"/>
          <w:szCs w:val="24"/>
        </w:rPr>
        <w:t>: Learning To Follow Jesus</w:t>
      </w:r>
    </w:p>
    <w:p w14:paraId="1B78E8FB" w14:textId="77777777" w:rsidR="00A6559D" w:rsidRPr="004A0E1D" w:rsidRDefault="001E1DA5" w:rsidP="00A6559D">
      <w:pPr>
        <w:rPr>
          <w:iCs/>
          <w:sz w:val="24"/>
          <w:szCs w:val="24"/>
        </w:rPr>
      </w:pPr>
      <w:r w:rsidRPr="004A0E1D">
        <w:rPr>
          <w:iCs/>
          <w:sz w:val="24"/>
          <w:szCs w:val="24"/>
        </w:rPr>
        <w:t>By Daniel McNaughton and Bryan Koch</w:t>
      </w:r>
    </w:p>
    <w:p w14:paraId="088EB30A" w14:textId="77777777" w:rsidR="001E1DA5" w:rsidRPr="004A0E1D" w:rsidRDefault="001E1DA5" w:rsidP="00A6559D">
      <w:pPr>
        <w:rPr>
          <w:iCs/>
          <w:sz w:val="24"/>
          <w:szCs w:val="24"/>
        </w:rPr>
      </w:pPr>
      <w:r w:rsidRPr="004A0E1D">
        <w:rPr>
          <w:iCs/>
          <w:sz w:val="24"/>
          <w:szCs w:val="24"/>
        </w:rPr>
        <w:t>ISBN: 978-1-937107-56-7</w:t>
      </w:r>
    </w:p>
    <w:sectPr w:rsidR="001E1DA5" w:rsidRPr="004A0E1D" w:rsidSect="00034616">
      <w:pgSz w:w="12240" w:h="15840"/>
      <w:pgMar w:top="720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10520408">
    <w:abstractNumId w:val="8"/>
  </w:num>
  <w:num w:numId="2" w16cid:durableId="86200944">
    <w:abstractNumId w:val="6"/>
  </w:num>
  <w:num w:numId="3" w16cid:durableId="1333921024">
    <w:abstractNumId w:val="5"/>
  </w:num>
  <w:num w:numId="4" w16cid:durableId="16591384">
    <w:abstractNumId w:val="4"/>
  </w:num>
  <w:num w:numId="5" w16cid:durableId="1777481738">
    <w:abstractNumId w:val="7"/>
  </w:num>
  <w:num w:numId="6" w16cid:durableId="232932111">
    <w:abstractNumId w:val="3"/>
  </w:num>
  <w:num w:numId="7" w16cid:durableId="657264690">
    <w:abstractNumId w:val="2"/>
  </w:num>
  <w:num w:numId="8" w16cid:durableId="1055817413">
    <w:abstractNumId w:val="1"/>
  </w:num>
  <w:num w:numId="9" w16cid:durableId="10860760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E1DA5"/>
    <w:rsid w:val="0029639D"/>
    <w:rsid w:val="00326F90"/>
    <w:rsid w:val="004A0E1D"/>
    <w:rsid w:val="00A6559D"/>
    <w:rsid w:val="00AA1D8D"/>
    <w:rsid w:val="00B47730"/>
    <w:rsid w:val="00CB0664"/>
    <w:rsid w:val="00D63F33"/>
    <w:rsid w:val="00F239F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DFE66BE"/>
  <w14:defaultImageDpi w14:val="300"/>
  <w15:docId w15:val="{C8A0344B-FB86-1642-9112-F61A731BE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eastAsia="Calibri" w:hAnsi="Calibr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Dominick Cotignola</cp:lastModifiedBy>
  <cp:revision>3</cp:revision>
  <dcterms:created xsi:type="dcterms:W3CDTF">2013-12-23T23:15:00Z</dcterms:created>
  <dcterms:modified xsi:type="dcterms:W3CDTF">2026-04-25T03:42:00Z</dcterms:modified>
  <cp:category/>
</cp:coreProperties>
</file>